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B2A86"/>
          <w:sz w:val="40"/>
        </w:rPr>
        <w:t>Peer recognition nomination form</w:t>
      </w:r>
    </w:p>
    <w:p>
      <w:r>
        <w:rPr>
          <w:b w:val="0"/>
          <w:color w:val="555555"/>
          <w:sz w:val="22"/>
        </w:rPr>
        <w:t>Nominate a colleague for something specific they did. Describe what happened, not what kind of person they are.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Your 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Your team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Person you are nominating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Their team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Date it happened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5B2A86"/>
          <w:sz w:val="27"/>
        </w:rPr>
        <w:t>What did they do?</w:t>
      </w:r>
    </w:p>
    <w:p>
      <w:r>
        <w:rPr>
          <w:b w:val="0"/>
        </w:rPr>
        <w:t>Describe the situation and what they did, in words anyone who was there could confirm.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What changed because of it?</w:t>
      </w:r>
    </w:p>
    <w:p>
      <w:r>
        <w:rPr>
          <w:b w:val="0"/>
        </w:rPr>
        <w:t>For a customer, the team or the work.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Which value or goal does it show? (optional)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How should they be recognized?</w:t>
      </w:r>
    </w:p>
    <w:p>
      <w:r>
        <w:rPr>
          <w:sz w:val="24"/>
        </w:rPr>
        <w:t xml:space="preserve">☐  </w:t>
      </w:r>
      <w:r>
        <w:rPr>
          <w:b w:val="0"/>
        </w:rPr>
        <w:t>A private word from their manager</w:t>
      </w:r>
    </w:p>
    <w:p>
      <w:r>
        <w:rPr>
          <w:sz w:val="24"/>
        </w:rPr>
        <w:t xml:space="preserve">☐  </w:t>
      </w:r>
      <w:r>
        <w:rPr>
          <w:b w:val="0"/>
        </w:rPr>
        <w:t>A mention in a team meeting</w:t>
      </w:r>
    </w:p>
    <w:p>
      <w:r>
        <w:rPr>
          <w:sz w:val="24"/>
        </w:rPr>
        <w:t xml:space="preserve">☐  </w:t>
      </w:r>
      <w:r>
        <w:rPr>
          <w:b w:val="0"/>
        </w:rPr>
        <w:t>A note shared with their manager</w:t>
      </w:r>
    </w:p>
    <w:p>
      <w:r>
        <w:rPr>
          <w:sz w:val="24"/>
        </w:rPr>
        <w:t xml:space="preserve">☐  </w:t>
      </w:r>
      <w:r>
        <w:rPr>
          <w:b w:val="0"/>
        </w:rPr>
        <w:t>Consider for a quarterly award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Example: "On Friday the order system went down. Sam phoned the 3 customers affected before they called us. All 3 kept their orders."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recognitionprogramsforemployees.com/free-downloads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recognitionprogramsforemployees.com/free-downloads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recognition nomination form</dc:title>
  <dc:subject/>
  <dc:creator>thrive at work</dc:creator>
  <cp:keywords/>
  <dc:description>Free template from recognitionprogramsforemployees.com/free-downloads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