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B2A86"/>
          <w:sz w:val="40"/>
        </w:rPr>
        <w:t>How do you like to be recognized?</w:t>
      </w:r>
    </w:p>
    <w:p>
      <w:r>
        <w:rPr>
          <w:b w:val="0"/>
          <w:color w:val="555555"/>
          <w:sz w:val="22"/>
        </w:rPr>
        <w:t>A short form for each person on a team. It takes 3 minutes and helps managers thank people in the way they prefer.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Name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Team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Date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5B2A86"/>
          <w:sz w:val="27"/>
        </w:rPr>
        <w:t>1. When you have done good work, how would you like to hear about it?</w:t>
      </w:r>
    </w:p>
    <w:p>
      <w:r>
        <w:rPr>
          <w:sz w:val="24"/>
        </w:rPr>
        <w:t xml:space="preserve">☐  </w:t>
      </w:r>
      <w:r>
        <w:rPr>
          <w:b w:val="0"/>
        </w:rPr>
        <w:t>A private word from my manager</w:t>
      </w:r>
    </w:p>
    <w:p>
      <w:r>
        <w:rPr>
          <w:sz w:val="24"/>
        </w:rPr>
        <w:t xml:space="preserve">☐  </w:t>
      </w:r>
      <w:r>
        <w:rPr>
          <w:b w:val="0"/>
        </w:rPr>
        <w:t>A written note or message</w:t>
      </w:r>
    </w:p>
    <w:p>
      <w:r>
        <w:rPr>
          <w:sz w:val="24"/>
        </w:rPr>
        <w:t xml:space="preserve">☐  </w:t>
      </w:r>
      <w:r>
        <w:rPr>
          <w:b w:val="0"/>
        </w:rPr>
        <w:t>A mention in a team meeting</w:t>
      </w:r>
    </w:p>
    <w:p>
      <w:r>
        <w:rPr>
          <w:sz w:val="24"/>
        </w:rPr>
        <w:t xml:space="preserve">☐  </w:t>
      </w:r>
      <w:r>
        <w:rPr>
          <w:b w:val="0"/>
        </w:rPr>
        <w:t>A mention in a wider company channel</w:t>
      </w:r>
    </w:p>
    <w:p>
      <w:r>
        <w:rPr>
          <w:sz w:val="24"/>
        </w:rPr>
        <w:t xml:space="preserve">☐  </w:t>
      </w:r>
      <w:r>
        <w:rPr>
          <w:b w:val="0"/>
        </w:rPr>
        <w:t>A mix, depending on the work</w:t>
      </w:r>
    </w:p>
    <w:p>
      <w:pPr>
        <w:spacing w:before="240"/>
      </w:pPr>
      <w:r>
        <w:rPr>
          <w:b/>
          <w:color w:val="5B2A86"/>
          <w:sz w:val="27"/>
        </w:rPr>
        <w:t>2. Who would you most like to hear it from?</w:t>
      </w:r>
    </w:p>
    <w:p>
      <w:r>
        <w:rPr>
          <w:sz w:val="24"/>
        </w:rPr>
        <w:t xml:space="preserve">☐  </w:t>
      </w:r>
      <w:r>
        <w:rPr>
          <w:b w:val="0"/>
        </w:rPr>
        <w:t>My manager</w:t>
      </w:r>
    </w:p>
    <w:p>
      <w:r>
        <w:rPr>
          <w:sz w:val="24"/>
        </w:rPr>
        <w:t xml:space="preserve">☐  </w:t>
      </w:r>
      <w:r>
        <w:rPr>
          <w:b w:val="0"/>
        </w:rPr>
        <w:t>A senior leader</w:t>
      </w:r>
    </w:p>
    <w:p>
      <w:r>
        <w:rPr>
          <w:sz w:val="24"/>
        </w:rPr>
        <w:t xml:space="preserve">☐  </w:t>
      </w:r>
      <w:r>
        <w:rPr>
          <w:b w:val="0"/>
        </w:rPr>
        <w:t>My colleagues</w:t>
      </w:r>
    </w:p>
    <w:p>
      <w:r>
        <w:rPr>
          <w:sz w:val="24"/>
        </w:rPr>
        <w:t xml:space="preserve">☐  </w:t>
      </w:r>
      <w:r>
        <w:rPr>
          <w:b w:val="0"/>
        </w:rPr>
        <w:t>Customers or people I support</w:t>
      </w:r>
    </w:p>
    <w:p>
      <w:pPr>
        <w:spacing w:before="240"/>
      </w:pPr>
      <w:r>
        <w:rPr>
          <w:b/>
          <w:color w:val="5B2A86"/>
          <w:sz w:val="27"/>
        </w:rPr>
        <w:t>3. Which of these would mean the most to you?</w:t>
      </w:r>
    </w:p>
    <w:p>
      <w:r>
        <w:rPr>
          <w:sz w:val="24"/>
        </w:rPr>
        <w:t xml:space="preserve">☐  </w:t>
      </w:r>
      <w:r>
        <w:rPr>
          <w:b w:val="0"/>
        </w:rPr>
        <w:t>Being told specifically what I did and what it changed</w:t>
      </w:r>
    </w:p>
    <w:p>
      <w:r>
        <w:rPr>
          <w:sz w:val="24"/>
        </w:rPr>
        <w:t xml:space="preserve">☐  </w:t>
      </w:r>
      <w:r>
        <w:rPr>
          <w:b w:val="0"/>
        </w:rPr>
        <w:t>Time back (an early finish, a day off)</w:t>
      </w:r>
    </w:p>
    <w:p>
      <w:r>
        <w:rPr>
          <w:sz w:val="24"/>
        </w:rPr>
        <w:t xml:space="preserve">☐  </w:t>
      </w:r>
      <w:r>
        <w:rPr>
          <w:b w:val="0"/>
        </w:rPr>
        <w:t>A chance to learn or take on something new</w:t>
      </w:r>
    </w:p>
    <w:p>
      <w:r>
        <w:rPr>
          <w:sz w:val="24"/>
        </w:rPr>
        <w:t xml:space="preserve">☐  </w:t>
      </w:r>
      <w:r>
        <w:rPr>
          <w:b w:val="0"/>
        </w:rPr>
        <w:t>A small gift or voucher</w:t>
      </w:r>
    </w:p>
    <w:p>
      <w:r>
        <w:rPr>
          <w:sz w:val="24"/>
        </w:rPr>
        <w:t xml:space="preserve">☐  </w:t>
      </w:r>
      <w:r>
        <w:rPr>
          <w:b w:val="0"/>
        </w:rPr>
        <w:t>Being asked for my view on a decision</w:t>
      </w:r>
    </w:p>
    <w:p>
      <w:r>
        <w:rPr>
          <w:sz w:val="24"/>
        </w:rPr>
        <w:t xml:space="preserve">☐  </w:t>
      </w:r>
      <w:r>
        <w:rPr>
          <w:b w:val="0"/>
        </w:rPr>
        <w:t>Something else (write below)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5B2A86"/>
          <w:sz w:val="27"/>
        </w:rPr>
        <w:t>4. Is there anything you would rather we did not do?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5B2A86"/>
          <w:sz w:val="27"/>
        </w:rPr>
        <w:t>5. What is a recent piece of work you were proud of?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 w:val="0"/>
                <w:sz w:val="20"/>
              </w:rPr>
              <w:t>Why ask: only 10% of employees say they have been asked how they like to be recognized (Gallup, 2023), and most prefer a mix of public and private recognition (Gallup and Workhuman, 2022).</w:t>
            </w:r>
          </w:p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recognitionprogramsforemployees.com/free-downloads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recognitionprogramsforemployees.com/free-downloads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do you like to be recognized?</dc:title>
  <dc:subject/>
  <dc:creator>thrive at work</dc:creator>
  <cp:keywords/>
  <dc:description>Free template from recognitionprogramsforemployees.com/free-downloads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