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B2A86"/>
          <w:sz w:val="40"/>
        </w:rPr>
        <w:t>Employee recognition program plan</w:t>
      </w:r>
    </w:p>
    <w:p>
      <w:r>
        <w:rPr>
          <w:b w:val="0"/>
          <w:color w:val="555555"/>
          <w:sz w:val="22"/>
        </w:rPr>
        <w:t>A one-page plan to fill in. Keep it to one page: it is the version managers read.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Purpose (1 sentence)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Owner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Who it covers (roles, sites)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Recognition type 1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Recognition type 2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Recognition type 3 (optional)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How often managers give recognition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How awards are chosen (if any)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Budget (or none)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Launch date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First review (3 months)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Second review (12 months)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40"/>
      </w:pPr>
      <w:r>
        <w:rPr>
          <w:b/>
          <w:color w:val="5B2A86"/>
          <w:sz w:val="27"/>
        </w:rPr>
        <w:t>How we will know it is working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5B2A86"/>
          <w:sz w:val="27"/>
        </w:rPr>
        <w:t>10 steps to launch</w:t>
      </w:r>
    </w:p>
    <w:p>
      <w:r>
        <w:rPr>
          <w:sz w:val="24"/>
        </w:rPr>
        <w:t xml:space="preserve">☐  </w:t>
      </w:r>
      <w:r>
        <w:rPr>
          <w:b/>
        </w:rPr>
        <w:t>Say what the program is for.</w:t>
      </w:r>
      <w:r>
        <w:rPr>
          <w:b w:val="0"/>
        </w:rPr>
        <w:t xml:space="preserve"> One sentence. For example: people who do good work hear about it within a week, in specific terms.</w:t>
      </w:r>
    </w:p>
    <w:p>
      <w:r>
        <w:rPr>
          <w:sz w:val="24"/>
        </w:rPr>
        <w:t xml:space="preserve">☐  </w:t>
      </w:r>
      <w:r>
        <w:rPr>
          <w:b/>
        </w:rPr>
        <w:t>Ask people what they would like.</w:t>
      </w:r>
      <w:r>
        <w:rPr>
          <w:b w:val="0"/>
        </w:rPr>
        <w:t xml:space="preserve"> Ask 5 to 10 employees how they like to be thanked.</w:t>
      </w:r>
    </w:p>
    <w:p>
      <w:r>
        <w:rPr>
          <w:sz w:val="24"/>
        </w:rPr>
        <w:t xml:space="preserve">☐  </w:t>
      </w:r>
      <w:r>
        <w:rPr>
          <w:b/>
        </w:rPr>
        <w:t>Name an owner</w:t>
      </w:r>
      <w:r>
        <w:rPr>
          <w:b w:val="0"/>
        </w:rPr>
        <w:t xml:space="preserve"> with time set aside for the program.</w:t>
      </w:r>
    </w:p>
    <w:p>
      <w:r>
        <w:rPr>
          <w:sz w:val="24"/>
        </w:rPr>
        <w:t xml:space="preserve">☐  </w:t>
      </w:r>
      <w:r>
        <w:rPr>
          <w:b/>
        </w:rPr>
        <w:t>Choose 2 or 3 recognition types.</w:t>
      </w:r>
      <w:r>
        <w:rPr>
          <w:b w:val="0"/>
        </w:rPr>
        <w:t xml:space="preserve"> Start with manager recognition.</w:t>
      </w:r>
    </w:p>
    <w:p>
      <w:r>
        <w:rPr>
          <w:sz w:val="24"/>
        </w:rPr>
        <w:t xml:space="preserve">☐  </w:t>
      </w:r>
      <w:r>
        <w:rPr>
          <w:b/>
        </w:rPr>
        <w:t>Set the rules for fairness:</w:t>
      </w:r>
      <w:r>
        <w:rPr>
          <w:b w:val="0"/>
        </w:rPr>
        <w:t xml:space="preserve"> who can give recognition, who can receive it, how awards are chosen.</w:t>
      </w:r>
    </w:p>
    <w:p>
      <w:r>
        <w:rPr>
          <w:sz w:val="24"/>
        </w:rPr>
        <w:t xml:space="preserve">☐  </w:t>
      </w:r>
      <w:r>
        <w:rPr>
          <w:b/>
        </w:rPr>
        <w:t>Set a budget, or none.</w:t>
      </w:r>
      <w:r>
        <w:rPr>
          <w:b w:val="0"/>
        </w:rPr>
        <w:t xml:space="preserve"> A program with no budget can still work well.</w:t>
      </w:r>
    </w:p>
    <w:p>
      <w:r>
        <w:rPr>
          <w:sz w:val="24"/>
        </w:rPr>
        <w:t xml:space="preserve">☐  </w:t>
      </w:r>
      <w:r>
        <w:rPr>
          <w:b/>
        </w:rPr>
        <w:t>Train managers:</w:t>
      </w:r>
      <w:r>
        <w:rPr>
          <w:b w:val="0"/>
        </w:rPr>
        <w:t xml:space="preserve"> 30 minutes on giving specific thanks, with 2 or 3 examples.</w:t>
      </w:r>
    </w:p>
    <w:p>
      <w:r>
        <w:rPr>
          <w:sz w:val="24"/>
        </w:rPr>
        <w:t xml:space="preserve">☐  </w:t>
      </w:r>
      <w:r>
        <w:rPr>
          <w:b/>
        </w:rPr>
        <w:t>Launch to everyone at once,</w:t>
      </w:r>
      <w:r>
        <w:rPr>
          <w:b w:val="0"/>
        </w:rPr>
        <w:t xml:space="preserve"> with a short explanation of how it works.</w:t>
      </w:r>
    </w:p>
    <w:p>
      <w:r>
        <w:rPr>
          <w:sz w:val="24"/>
        </w:rPr>
        <w:t xml:space="preserve">☐  </w:t>
      </w:r>
      <w:r>
        <w:rPr>
          <w:b/>
        </w:rPr>
        <w:t>Review at 3 months.</w:t>
      </w:r>
      <w:r>
        <w:rPr>
          <w:b w:val="0"/>
        </w:rPr>
        <w:t xml:space="preserve"> Ask what people think and change what is not working.</w:t>
      </w:r>
    </w:p>
    <w:p>
      <w:r>
        <w:rPr>
          <w:sz w:val="24"/>
        </w:rPr>
        <w:t xml:space="preserve">☐  </w:t>
      </w:r>
      <w:r>
        <w:rPr>
          <w:b/>
        </w:rPr>
        <w:t>Review at 12 months.</w:t>
      </w:r>
      <w:r>
        <w:rPr>
          <w:b w:val="0"/>
        </w:rPr>
        <w:t xml:space="preserve"> Check who received recognition and who did not, by role and location.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recognitionprogramsforemployees.com/free-downloads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recognitionprogramsforemployees.com/free-downloads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recognition program plan</dc:title>
  <dc:subject/>
  <dc:creator>thrive at work</dc:creator>
  <cp:keywords/>
  <dc:description>Free template from recognitionprogramsforemployees.com/free-downloads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